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וידוי הגדול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השיר "וידוי הגדול" של אמנון שמוש: הדובר והאם, מבנה השיר, דימוי, מטאפורה, ניגוד ורמז, והנושאים פער בין דורות והחמצה. הציטוטים קצרים מאוד (עד 8 מילים); מומלץ לעבוד עם השיר מן המקראה לצד הדף.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מדבר בשיר?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בן שמתוודה על יחסו לאמו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לאיזה כלי נגינה דומה קול האם?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לעוד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הפריד בין הדובר לאמו, לפי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מסך בין קולות עברה לבין רעש הקיבוץ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הדובר מרגיש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החמצה וגעגוע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באה לבקר בכל קיץ.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הדובר הקשיב בתשומת לב לכל סיפורי אמו בזמן שסיפרה אותם.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היה עסוק בעבודה בקיבוץ, רק הנהן בראשו כאילו הוא שומע.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מות האם, הדובר מגלה את עולמה בתוך הסיפורים שכתב.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נפטרה ב____.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חלקי השיר מ־1 עד 5.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א → ה → ד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דוגמה לאמצעי.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2–ה, 3–ב, 4–ג,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 האם והבן שונים? מה זה מלמד?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מספרת ויש לה זמן, נושאת עולם של מסורת; הבן עסוק בבניית הקיבוץ ואינו מקשיב. הניגוד מבליט פער בין עולם העבר לחברה החדשה, ואת מה שהלך לאיבוד.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מכתב של הבן לאמא. על מה הוא מצטער? מה הוא רוצה לשמוע?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פנייה אישית בגוף ראשון; הגילוי (עולמה בסיפוריו); חרטה מפורשת (לא הקשיב); משאלה לשמוע סיפור; דימוי אחד ופרט אחד מן השיר (העוד, הצמידים, הקיץ, הקיבוץ);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הדובר מודה בטעות – שלא הקשיב לאמו – ומביע חרטה. 2. תשובה אישית. 3. למשל: כדאי להקשיב לסיפורים של המבוגרים כל עוד אפשר.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הקצרים ("קולה מתנגן כעוד", "אזני הייתה סתומה ולבי ער", "הקיבוץ מן הבוץ") – נוסח מדויק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סדר העונות בשיר (קיץ שבו לא באה, חורף שבו נפטרה) – לפי האתר;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המשורר נפטר ב־2022 – לכן בדף רק ציטוטים קצרים ופרפרזה.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"וידוי הגדול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🕯️ וידוי הגדול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שמדבר בשיר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speaker (in a poem)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וידוי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דברים שאדם מודה בהם על טעות או חטא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confession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עם מילת השוואה: כמו, כ־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simile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בלי מילת השוואה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metaphor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ליד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שמזכירות טקסט אחר, למשל פסוק מן המקרא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allusion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החמצה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הרגשה שפספסנו משהו חשוב ואי אפשר לתקן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missed opportunity / regret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פער בין דורות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הבדל גדול בין הורים לילדים בדרך החיים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generation gap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כלי נגינה מיתרי מן המזרח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oud (string instrument)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השיר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חורף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מדבר בשיר?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בן שמתוודה על יחסו לאמו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חבר קיבוץ שכן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ילד קטן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לאיזה כלי נגינה דומה קול האם?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לכינור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לחליל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לעוד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לתוף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הפריד בין הדובר לאמו, לפי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ים 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מסך בין קולות עברה לבין רעש הקיבוץ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שפה זרה בלבד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הדובר מרגיש בסוף?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החמצה וגעגוע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כעס על האם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אדישות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האם באה לבקר בכל קיץ.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הדובר הקשיב בתשומת לב לכל סיפורי אמו בזמן שסיפרה אותם.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אחרי מות האם, הדובר מגלה את עולמה בתוך הסיפורים שכתב.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האם נפטרה ב_______________.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מבנה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לפי מספרים. חברו 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סדרו את חלקי השיר מ־1 עד 5.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הבן עסוק בבניית הקיבוץ ורק מהנהן – מסך מפריד ביניהם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המשאלה לשמוע ממנה עוד – והיא איננה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 הביקורים של האם בכל קיץ – קול, ידיים וצמידים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בקריאת סיפוריו הוא מוצא את עולמה של אמו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הבן מתחיל לכתוב; קיץ אחד האם לא באה, ובחורף נפטרה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דוגמה לאמצעי.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"קולה מתנגן כעוד"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משחק מילים וצלילים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מסך בין קולות העבר לבין אוזנו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לפסוק מן המקרא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"אזני הייתה סתומה ולבי ער"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"בכל קיץ" מול "קיץ אחד לא באה"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"הקיבוץ מן הבוץ"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במה האם והבן שונים? מה זה מלמד?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מכתב של הבן לאמא. על מה הוא מצטער? מה הוא רוצה לשמוע?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לדעתכם השיר נקרא "וידוי"?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 מה הייתם רוצים לשאול אדם מבוגר במשפחה שלכם?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וידוי הגדול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