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👩‍🏫 מהדורה למורה – מבנה הסיפור הקצר – דף תרגול (רגיל)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דף תרגול על "הר הסיפור": חמשת שלבי העלילה, נקודת מפנה, פתיחה וסגירה, זמן ומקום, והמספר. כל הדוגמאות הן סיפורים ומשפטים מקוריים קצרים, כך שאפשר לתרגל לפני לימוד יצירה או אחריו.</w:t>
      </w:r>
    </w:p>
    <w:p>
      <w:pPr>
        <w:bidi/>
        <w:jc w:val="right"/>
      </w:pPr>
      <w:r>
        <w:rPr>
          <w:rFonts w:ascii="Arial" w:hAnsi="Arial" w:cs="Arial"/>
          <w:color w:val="8A6A00"/>
          <w:sz w:val="22"/>
          <w:rtl/>
          <w:szCs w:val="22"/>
        </w:rPr>
        <w:t>מסלול רגיל: הגרסה הרגילה: כל הפריטים. מומלץ 30–40 דקות, אפשר לחלק לשני שיעורים.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שאלה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 / כיוון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באיזה שלב של העלילה מכירים את הדמויות, את הזמן ואת המקום?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אקספוזיציה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"באותו בוקר הגיע מכתב שהפך את חייה." – לאיזה שלב המשפט מתאים ביותר?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סיבוך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"אני זוכרת את היום שבו עברנו דירה." – מיהו המספר?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מספר בגוף ראשון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 מתאר דקה אחת של המתנה בעמוד שלם. מה זה מלמד?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שהרגע הזה חשוב ומתוח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השיא הוא הרגע המתוח ביותר בעלילה.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נקודת מפנה יכולה להופיע רק בתחילת הסיפור.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לא נכון – נקודת מפנה יכולה להופיע לפני השיא, בתוכו, ולפעמים גם בסוף.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בסוף פתוח הקוראים צריכים לדמיין או להכריע בעצמם מה קרה.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סיפור שמסתיים באותה תמונה שבה התחיל בנוי במבנה ____.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מעגלי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9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"הגשר הישן" – סדרו את שלבי הסיפור לפי הר הסיפור (1–5).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הסדר הנכון: ד → ב → א → ה → 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"הגג של נועה" – התאימו בין השלב לבין המשפט.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1–ד, 2–א, 3–ה, 4–ב, 5–ג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מיינו את המשפטים לפי סוג המספר.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גוף ראשון: "לא ידעתי אז שזו הפעם האחרונה שאראה את סבא."، "הלכתי לאט, והלב שלי דפק חזק."، "אני זוכרת את הריח של הלחם בבוקר ההוא." | יודע־כול: "דנה חייכה, ובלבה ידעה שתעזוב. גם אביה חשב על כך."، "המורה דאגה, והתלמידים, כל אחד בלבו, קיוו שהיא לא תשים לב."، "הסבא חשב על ילדותו, והנכדה תהתה למה הוא שותק."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עומר מתאמן חודשים לתחרות ריצה, ויום לפניה מחליט לוותר על מקומו כדי ללוות חבר פצוע. מהי נקודת המפנה, ולמה?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ההחלטה לוותר: אחריה אי אפשר לחזור למצב הקודם, והסיפור עובר מ"לנצח" ל"להיות חבר".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פתיחה "באמצע העניינים" לסיפור (1–2 משפטים), והסבירו מה היא עושה לקוראים.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דוגמה: "הטלפון צלצל בדיוק כשהעוגה נכנסה לתנור." – פתיחה כזאת מכניסה מיד למתח ומעוררת סקרנות.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כתבו סיפור קצר מקורי (7–9 שורות) שיש בו כל חמשת השלבים: אקספוזיציה, סיבוך, שיא, התרה וסיום. סמנו בשוליים את שם השלב ליד כל חלק, וסמנו גם את נקודת המפנה.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קריטריונים: חמישה שלבים ברורים ומסומנים; נקודת מפנה מסומנת; זמן ומקום בפתיחה; שיא מתוח; סיום שמראה מה השתנה לעומת הפתיחה; לשון תקינה.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כרטיס יציאה – כיוון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בסיבוך מופיעה הבעיה והמתח מתחיל; בשיא המתח בשיאו והדמות חייבת להכריע. 2. "אחרי איזה רגע כבר אי אפשר לחזור למצב הקודם?" 3. תשובה אישית.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הדף מתאים לעמוד "מבנה הסיפור הקצר – דף תרגול" באתר. יצרה: רוית ראש בן ישי</w:t>
      </w:r>
    </w:p>
    <w:p>
      <w:r>
        <w:br w:type="page"/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5B2333"/>
          <w:sz w:val="40"/>
          <w:rtl/>
          <w:szCs w:val="40"/>
          <w:bCs/>
        </w:rPr>
        <w:t>⛰️ מבנה הסיפור הקצר – דף תרגול – דף התלמיד/ה</w:t>
      </w:r>
    </w:p>
    <w:p>
      <w:pPr>
        <w:bidi/>
        <w:jc w:val="right"/>
      </w:pPr>
      <w:r>
        <w:rPr>
          <w:rFonts w:ascii="Arial" w:hAnsi="Arial" w:cs="Arial"/>
          <w:b/>
          <w:color w:val="7A2E3A"/>
          <w:sz w:val="24"/>
          <w:rtl/>
          <w:szCs w:val="24"/>
          <w:bCs/>
        </w:rPr>
        <w:t>מסלול: 📘 רגיל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א׳ – מושגי המבנה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סמנו את התשובה הנכונה, קבעו נכון/לא נכון והשלימו.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באיזה שלב של העלילה מכירים את הדמויות, את הזמן ואת המקום?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שיא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התרה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סיבוך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"באותו בוקר הגיע מכתב שהפך את חייה." – לאיזה שלב המשפט מתאים ביותר?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סיבוך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סיום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אקספוזיציה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התרה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"אני זוכרת את היום שבו עברנו דירה." – מיהו המספר?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מספר יודע־כול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מספר בגוף שלישי מוגבל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מספר בגוף ראשון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אין מספר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כותב מתאר דקה אחת של המתנה בעמוד שלם. מה זה מלמד?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שהוא אוהב לכתוב הרבה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שהרגע הזה חשוב ומתוח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שזו טעות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ד. שהזמן לא חשוב בסיפור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השיא הוא הרגע המתוח ביותר בעלילה.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נקודת מפנה יכולה להופיע רק בתחילת הסיפור.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בסוף פתוח הקוראים צריכים לדמיין או להכריע בעצמם מה קרה.      ◯ נכון   ◯ לא נכון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סיפור שמסתיים באותה תמונה שבה התחיל בנוי במבנה _______________.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ב׳ – בונים את ההר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סדרו, התאימו ומיינו לפי ההוראה.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"הגשר הישן" – סדרו את שלבי הסיפור לפי הר הסיפור (1–5).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מספר בסדר (1, 2, 3…)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שתי משפחות שהיו ברוגז שנים מגלות שרק יחד יוכלו לחזק אותו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בחורף הגשם מתחזק, והגשר מתחיל לחרוק ולהתנדנד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הגשר מחזיק, ובאביב שתי המשפחות חונכות יחד גשר חדש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בכפר קטן יש גשר עץ ישן מעל נחל, שכולם עוברים בו בזהירות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בלילה סוער כולם קושרים חבלים, והמים כמעט סוחפים את העמודים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"הגג של נועה" – התאימו בין השלב לבין המשפט.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האות שלי</w:t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התאמה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אקספוזיציה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ועד הבית מחליט לנעול את הגג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סיבוך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השכנים מצביעים להשאיר את הגג פתוח פעם בשבוע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שיא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על הגג נפתחת פינת ציור לכל ילדי הבניין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התרה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נועה, בת 12, אוהבת לצייר על גג הבניין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סיום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נועה מציגה את ציוריה מול כל השכנים באסיפה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11. מיינו את המשפטים לפי סוג המספר.</w:t>
      </w:r>
    </w:p>
    <w:p>
      <w:pPr>
        <w:bidi/>
        <w:jc w:val="right"/>
      </w:pPr>
      <w:r>
        <w:rPr>
          <w:rFonts w:ascii="Arial" w:hAnsi="Arial" w:cs="Arial"/>
          <w:b/>
          <w:color w:val="2A7A5A"/>
          <w:sz w:val="24"/>
          <w:rtl/>
          <w:szCs w:val="24"/>
          <w:bCs/>
        </w:rPr>
        <w:t>🧺 מחסן מילים:  "המורה דאגה, והתלמידים, כל אחד בלבו, קיוו שהיא לא תשים לב."   ·   "הלכתי לאט, והלב שלי דפק חזק."   ·   "הסבא חשב על ילדותו, והנכדה תהתה למה הוא שותק."   ·   "לא ידעתי אז שזו הפעם האחרונה שאראה את סבא."   ·   "אני זוכרת את הריח של הלחם בבוקר ההוא."   ·   "דנה חייכה, ובלבה ידעה שתעזוב. גם אביה חשב על כך."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גוף ראשון</w:t>
            </w:r>
          </w:p>
        </w:tc>
        <w:tc>
          <w:tcPr>
            <w:tcW w:type="dxa" w:w="5213"/>
            <w:shd w:val="clear" w:fill="F3E3C8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יודע־כול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12. עומר מתאמן חודשים לתחרות ריצה, ויום לפניה מחליט לוותר על מקומו כדי ללוות חבר פצוע. מהי נקודת המפנה,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3B2E"/>
          <w:sz w:val="32"/>
          <w:rtl/>
          <w:szCs w:val="32"/>
          <w:bCs/>
        </w:rPr>
        <w:t>חלק ג׳ – כתיבה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כתבו לפי ההנחיות. השתמשו במושגי המבנה.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13. כתבו פתיחה "באמצע העניינים" לסיפור (1–2 משפטים), והסבירו מה היא עושה לקוראים.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14. כתבו סיפור קצר מקורי (7–9 שורות) שיש בו כל חמשת השלבים: אקספוזיציה, סיבוך, שיא, התרה וסיום. סמנו בשוליים את שם השלב ליד כל חלק, וסמנו גם את נקודת המפנה.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7A2E3A"/>
          <w:sz w:val="28"/>
          <w:rtl/>
          <w:szCs w:val="28"/>
          <w:bCs/>
        </w:rPr>
        <w:t>🚪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מה ההבדל בין סיבוך לשיא?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איזו שאלה עוזרת לזהות נקודת מפנה?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היום הבנתי ש...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מבנה הסיפור הקצר – דף תרגול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