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מבנה הסיפור הקצר – דף תרגול (עולים)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על "הר הסיפור": חמשת שלבי העלילה, נקודת מפנה, פתיחה וסגירה, זמן ומקום, והמספר. כל הדוגמאות הן סיפורים ומשפטים מקוריים קצרים, כך שאפשר לתרגל לפני לימוד יצירה או אחריו.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עולים: גרסת עולים: מילון מילים בראש הדף, הוראות קצרות בעברית פשוטה, מחסן מילים להשלמות. מומלץ לעבוד בזוגות ולאפשר שימוש במילון.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איפה בסיפור מכירים את הדמויות והמקום?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אקספוזיציה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מכתב שמשנה הכול – איזה שלב זה?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סיבוך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"אני זוכרת את היום שבו עברנו דירה." – מיהו המספר?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מספר בגוף ראשון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כותב מתאר דקה אחת של המתנה בעמוד שלם. מה זה מלמד?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שהרגע הזה חשוב ומתוח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בשיא יש הכי הרבה מתח.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נקודת מפנה יכולה להופיע רק בתחילת הסיפור.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נקודת מפנה יכולה להופיע לפני השיא, בתוכו, ולפעמים גם בסוף.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בסוף פתוח הקוראים מחליטים מה קרה.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סיפור שנגמר כמו שהתחיל – מבנה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מעגלי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הסיפור על הגשר מ־1 עד 5.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א → ד → ה → ב → 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חברו כל שלב למשפט.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1–ד, 2–ג, 3–א, 4–ה, 5–ב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משפט פתיחה מותח לסיפור.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דוגמה: "הטלפון צלצל בדיוק כשהעוגה נכנסה לתנור." – פתיחה כזאת מכניסה מיד למתח ומעוררת סקרנות.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סיפור קצר עם התחלה, בעיה, שיא, פתרון וסוף. סמנו כל שלב.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קריטריונים: חמישה שלבים ברורים ומסומנים; נקודת מפנה מסומנת; זמן ומקום בפתיחה; שיא מתוח; סיום שמראה מה השתנה לעומת הפתיחה; לשון תקינה.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בסיבוך מופיעה הבעיה והמתח מתחיל; בשיא המתח בשיאו והדמות חייבת להכריע. 2. "אחרי איזה רגע כבר אי אפשר לחזור למצב הקודם?" 3. תשובה אישית.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"מבנה הסיפור הקצר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⛰️ מבנה הסיפור הקצר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🌍 עולים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📖 מילים שכדאי לדעת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בעברית קלה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סיפור קצר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סיפור באורך קצר, עם עלילה אחת ומעט דמויות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short story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עלילה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רצף האירועים בסיפור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plot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אקספוזיציה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פתיחת הסיפור: מי, איפה ומתי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exposition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סיבוך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הבעיה שמתחילה את המתח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complication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רגע המתח הגדול ביותר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climax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הסוף: איך הבעיה נפתרת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resolution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נקודת מפנה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רגע שבו הכיוון של הסיפור משתנה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turning point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מספר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הקול שמספר את הסיפור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narrator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סוף פתוח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סיום שלא אומר בדיוק מה קרה – הקוראים מחליטים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open ending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מבנה מעגלי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הסיפור נגמר באותה תמונה שבה התחיל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circular structure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מושגי המבנה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תשובה אחת. כתבו נכון או לא נכון.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מעגלי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איפה בסיפור מכירים את הדמויות והמקום?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שיא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אקספוזיציה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התרה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סיבוך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מכתב שמשנה הכול – איזה שלב זה?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סיבוך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אקספוזיציה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התרה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"אני זוכרת את היום שבו עברנו דירה." – מיהו המספר?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מספר יודע־כול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מספר בגוף שלישי מוגבל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מספר בגוף ראשון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אין מספר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כותב מתאר דקה אחת של המתנה בעמוד שלם. מה זה מלמד?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שהוא אוהב לכתוב הרבה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שהרגע הזה חשוב ומתוח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שזו טעות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שהזמן לא חשוב בסיפור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בשיא יש הכי הרבה מתח.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נקודת מפנה יכולה להופיע רק בתחילת הסיפור.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בסוף פתוח הקוראים מחליטים מה קרה.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סיפור שנגמר כמו שהתחיל – מבנה _______________.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בונים את ההר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סדרו לפי מספרים. חברו קו.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סדרו את הסיפור על הגשר מ־1 עד 5.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בכפר קטן יש גשר עץ ישן מעל נחל, שכולם עוברים בו בזהירות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בלילה סוער כולם קושרים חבלים, והמים כמעט סוחפים את העמודים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הגשר מחזיק, ובאביב שתי המשפחות חונכות יחד גשר חדש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בחורף הגשם מתחזק, והגשר מתחיל לחרוק ולהתנדנד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שתי משפחות שהיו ברוגז שנים מגלות שרק יחד יוכלו לחזק אותו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חברו כל שלב למשפט.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אקספוזיציה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נועה מציגה את ציוריה מול כל השכנים באסיפה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סיבוך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על הגג נפתחת פינת ציור לכל ילדי הבניין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ועד הבית מחליט לנעול את הגג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התרה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נועה, בת 12, אוהבת לצייר על גג הבניין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סיום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השכנים מצביעים להשאיר את הגג פתוח פעם בשבוע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כתיבה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לפי ההוראות.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כתבו משפט פתיחה מותח לסיפור.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כתבו סיפור קצר עם התחלה, בעיה, שיא, פתרון וסוף. סמנו כל שלב.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ההבדל בין סיבוך לשיא?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איזו שאלה עוזרת לזהות נקודת מפנה?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היום הבנתי ש...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מבנה הסיפור הקצר – דף תרגול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