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מבנה הסיפור הקצר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"הר הסיפור": חמשת שלבי העלילה, נקודת מפנה, פתיחה וסגירה, זמן ומקום, והמספר. כל הדוגמאות הן סיפורים ומשפטים מקוריים קצרים, כך שאפשר לתרגל לפני לימוד יצירה או אחריו.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שלב של העלילה מכירים את הדמויות, את הזמן ואת המקום?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אקספוזיציה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"באותו בוקר הגיע מכתב שהפך את חייה." – לאיזה שלב המשפט מתאים ביותר?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סיבוך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השיא הוא הרגע המתוח ביותר בעלילה.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"הגשר הישן" – סדרו את שלבי הסיפור לפי הר הסיפור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ה → א → ב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"הגג של נועה" – התאימו בין השלב לבין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2–ב, 3–א,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פתיחה "באמצע העניינים" לסיפור (1–2 משפטים), והסבירו מה היא עושה לקוראים.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דוגמה: "הטלפון צלצל בדיוק כשהעוגה נכנסה לתנור." – פתיחה כזאת מכניסה מיד למתח ומעוררת סקרנות.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סיפור קצר מקורי (7–9 שורות) שיש בו כל חמשת השלבים: אקספוזיציה, סיבוך, שיא, התרה וסיום. סמנו בשוליים את שם השלב ליד כל חלק, וסמנו גם את נקודת המפנה.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חמישה שלבים ברורים ומסומנים; נקודת מפנה מסומנת; זמן ומקום בפתיחה; שיא מתוח; סיום שמראה מה השתנה לעומת הפתיחה;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בסיבוך מופיעה הבעיה והמתח מתחיל; בשיא המתח בשיאו והדמות חייבת להכריע. 2. "אחרי איזה רגע כבר אי אפשר לחזור למצב הקודם?"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"מבנה הסיפור הקצר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⛰️ מבנה הסיפור הקצר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 המבנה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באיזה שלב של העלילה מכירים את הדמויות, את הזמן ואת המקום?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שיא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אקספוזיציה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התרה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"באותו בוקר הגיע מכתב שהפך את חייה." – לאיזה שלב המשפט מתאים ביותר?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סיבוך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סיום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אקספוזיציה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השיא הוא הרגע המתוח ביותר בעלילה.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בונים את ההר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סדרו לפי מספרים. חברו קו.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"הגשר הישן" – סדרו את שלבי הסיפור לפי הר הסיפור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שתי משפחות שהיו ברוגז שנים מגלות שרק יחד יוכלו לחזק אותו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בלילה סוער כולם קושרים חבלים, והמים כמעט סוחפים את העמודים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הגשר מחזיק, ובאביב שתי המשפחות חונכות יחד גשר חדש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בכפר קטן יש גשר עץ ישן מעל נחל, שכולם עוברים בו בזהירות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בחורף הגשם מתחזק, והגשר מתחיל לחרוק ולהתנדנד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"הגג של נועה" – התאימו בין השלב לבין המשפט.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אקספוזיציה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נועה מציגה את ציוריה מול כל השכנים באסיפה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סיבוך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ועד הבית מחליט לנעול את הגג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שיא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נועה, בת 12, אוהבת לצייר על גג הבניין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התרה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השכנים מצביעים להשאיר את הגג פתוח פעם בשבוע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לפי ההוראות.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כתבו פתיחה "באמצע העניינים" לסיפור (1–2 משפטים), והסבירו מה היא עושה לקוראים.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סיפור קצר מקורי (7–9 שורות) שיש בו כל חמשת השלבים: אקספוזיציה, סיבוך, שיא, התרה וסיום. סמנו בשוליים את שם השלב ליד כל חלק, וסמנו גם את נקודת המפנה.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ההבדל בין סיבוך לשיא?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איזו שאלה עוזרת לזהות נקודת מפנה?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מבנה הסיפור הקצר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