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סוגי דמויות ומחסן תכונות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סוגי דמויות (ראשית/משנית, עגולה/שטוחה, דינמית/סטטית), אפיון ישיר ועקיף ומחסן התכונות. הדוגמאות הן משפטים ודמויות מקוריים קצרים; בחלק ג׳ התלמידים והתלמידות כותבים פסקת אפיון: טענה, ביסוס והסבר.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 נקראת: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"היא הייתה אישה גאוותנית." – זהו אפיון: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ישיר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"הוא החביא את העוגיות מתחת למיטה כדי לא לחלוק." – איזו תכונה נלמדת באפיון עקיף?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אנוכיות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מתאר מצב רגשי ולא תכונה קבועה?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היא נבוכה עכשיו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שטוחה היא תמיד "דמות גרועה" שפוגעת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שטוחה אינה גרועה: בקומדיה ובמשל דמויות שטוחות עובדות מצוין, כי הן מגדילות תכונה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נמחק דמות מהסיפור והסיפור כבר לא קיים – היא כנראה דמות ראשית.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שינוי במצב החיצוני של דמות (למשל, היא נהייתה ענייה) הוא תמיד גם שינוי פנימי.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שינוי חיצוני אינו בהכרח שינוי פנימי; צריך להראות שינוי בהבנה, בערכים או בהתנהגות.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מורכבת, עם תכונות סותרות, שיכולה להפתיע אותנו, נקראת דמות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המילים: תכונה קבועה או מצב רגשי רגעי?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תכונה: נדיבה، חשדנית، סבלנית، עקשנית | מצב רגשי: מתוסכלת، נרגשת، מבוהלת، מבולבלת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המעשה לבין התכונה המדויקת.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4–ה,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האפיון.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ישיר: "יואב היה ילד ביישן."، "המורה אמרה: 'מיכל היא התלמידה הכי אחראית שלי.'"، "רון היה שאפתן." | אפיון עקיף: "יואב הסמיק והביט ברצפה כשקראו בשמו."، "מיכל נשארה אחרי השיעור לסדר את כל הכיסאות."، "החדר של רון היה מלא גביעים, ועל הקיר תלה רשימת יעדים."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תפקיד נפוץ של דמות משנית בסיפור? תנו דוגמה מסיפור שאתם מכירים.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להבליט את הדמות הראשית (ניגוד), להניע את העלילה או לעורר קונפליקט. דוגמה אישית מנומקת.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ילדה חדשה בכיתה יושבת בתחילת השנה לבד בספסל האחרון, ובסוף השנה היא מארגנת מסיבה לכל הכיתה. הוכיחו שהיא דמות דינמית: פתיחה – סיבה אפשרית לשינוי – 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מסתגרת ומפחדת. סיבה אפשרית: חברות חדשה או הצלחה קטנה (על התלמידים להציע סיבה הגיונית). סיום: פתוחה, בטוחה בעצמה ומנהיגה.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המציאו דמות (7–9 שורות): תארו אותה באפיון עקיף בלבד – מעשים, דיבור, מראה, המקום שבו היא חיה – בלי לכתוב את שם התכונה. בסוף כתבו בשורה נפרדת את שתי התכונות שרציתם שהקוראים יסיקו.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אפיון עקיף בלבד בגוף הטקסט; לפחות שלושה אמצעי אפיון שונים (מעשה, דיבור, מראה/מקום); התכונות שבשורה האחרונה נובעות בבירור מן הפרטים; שימוש במילת תכונה מדויקת מן המחסן;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עגולה – מורכבת עם תכונות רבות וסותרות; שטוחה – בנויה סביב תכונה אחת או שתיים וצפויה. 2. למשל: "היא נכנסה ראשונה לבניין הבוער כדי להוציא את החתול."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"סוגי דמויות ומחסן תכונות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🎭 סוגי דמויות ומחסן תכונות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דמות שמשתנה במהלך הסיפור נקראת: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משנית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"היא הייתה אישה גאוותנית." – זהו אפיון: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עקיף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 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של זמן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"הוא החביא את העוגיות מתחת למיטה כדי לא לחלוק." – איזו תכונה נלמדת באפיון עקיף?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נדיבות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אנוכיות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סקרנות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משפט מתאר מצב רגשי ולא תכונה קבועה?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נדיבה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נבוכה עכשיו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חרוצה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היא ישרה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דמות שטוחה היא תמיד "דמות גרועה" שפוגעת בסיפור.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אם נמחק דמות מהסיפור והסיפור כבר לא קיים – היא כנראה דמות ראשית.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שינוי במצב החיצוני של דמות (למשל, היא נהייתה ענייה) הוא תמיד גם שינוי פנימי.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דמות מורכבת, עם תכונות סותרות, שיכולה להפתיע אותנו, נקראת דמות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והתאמה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והתאימו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את המילים: תכונה קבועה או מצב רגשי רגעי?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סבלנית   ·   נדיבה   ·   עקשנית   ·   נרגשת   ·   מבוהלת   ·   מבולבלת   ·   מתוסכלת   ·   חשדנית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תכונה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מצב רגשי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המעשה לבין התכונה המדויקת.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נותנת מכספה לכל מי שמבקש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אכפתי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ממשיך להתאמן כל יום, גם אחרי כישלון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חשדנית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בודקת שלוש פעמים שהדלת נעולה ולא סומכת על אף אחד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מתמיד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לכולם סודות של אחרים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מוותר על תורו כדי שחבר חדש ישחק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רכלן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מיינו את המשפטים לפי סוג האפיון.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"המורה אמרה: 'מיכל היא התלמידה הכי אחראית שלי.'"   ·   "החדר של רון היה מלא גביעים, ועל הקיר תלה רשימת יעדים."   ·   "יואב הסמיק והביט ברצפה כשקראו בשמו."   ·   "רון היה שאפתן."   ·   "מיכל נשארה אחרי השיעור לסדר את כל הכיסאות."   ·   "יואב היה ילד ביישן."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אפיון ישיר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אפיון עקיף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מה תפקיד נפוץ של דמות משנית בסיפור? תנו דוגמה מסיפור שאתם מכירים.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כתיבת אפיון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המבנה: טענה (תכונה) + ביסוס (מעשה או דיבור) + הסבר.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ילדה חדשה בכיתה יושבת בתחילת השנה לבד בספסל האחרון, ובסוף השנה היא מארגנת מסיבה לכל הכיתה. הוכיחו שהיא דמות דינמית: פתיחה – סיבה אפשרית לשינוי – 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המציאו דמות (7–9 שורות): תארו אותה באפיון עקיף בלבד – מעשים, דיבור, מראה, המקום שבו היא חיה – בלי לכתוב את שם התכונה. בסוף כתבו בשורה נפרדת את שתי התכונות שרציתם שהקוראים יסיקו.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דמות עגולה לדמות שטוחה?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אחד של אפיון עקיף שמראה אומץ.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סוגי דמויות ומחסן תכונות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