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סוגי דמויות ומחסן תכונות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סוגי דמויות (ראשית/משנית, עגולה/שטוחה, דינמית/סטטית), אפיון ישיר ועקיף ומחסן התכונות. הדוגמאות הן משפטים ודמויות מקוריים קצרים; בחלק ג׳ התלמידים והתלמידות כותבים פסקת אפיון: טענה, ביסוס והסבר.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שמשתנה היא: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כתוב בדיוק מה התכונה. זה אפיון: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ישיר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 מחביא עוגיות כדי לא לתת. מה התכונה?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אנוכיות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מתאר מצב רגשי ולא תכונה קבועה?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היא נבוכה עכשיו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שטוחה היא תמיד "דמות גרועה" שפוגעת בסיפור.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שטוחה אינה גרועה: בקומדיה ובמשל דמויות שטוחות עובדות מצוין, כי הן מגדילות תכונה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דמות ראשית אין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שינוי במצב החיצוני של דמות (למשל, היא נהייתה ענייה) הוא תמיד גם שינוי פנימי.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שינוי חיצוני אינו בהכרח שינוי פנימי; צריך להראות שינוי בהבנה, בערכים או בהתנהגות.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עם הרבה צדדים היא דמות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עגולה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תכונה או רגש של רגע?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תכונה: נדיבה، חשדנית، סבלנית، עקשנית | מצב רגשי: מתוסכלת، נרגשת، מבוהלת، מבולבלת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מעשה לתכונה.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2–ה, 3–ד, 4–א,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הילדה משתנה? כתבו התחלה – סיבה – 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מסתגרת ומפחדת. סיבה אפשרית: חברות חדשה או הצלחה קטנה (על התלמידים להציע סיבה הגיונית). סיום: פתוחה, בטוחה בעצמה ומנהיגה.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על דמות. אל תכתבו את התכונה – הראו אותה במעשים.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אפיון עקיף בלבד בגוף הטקסט; לפחות שלושה אמצעי אפיון שונים (מעשה, דיבור, מראה/מקום); התכונות שבשורה האחרונה נובעות בבירור מן הפרטים; שימוש במילת תכונה מדויקת מן המחסן;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עגולה – מורכבת עם תכונות רבות וסותרות; שטוחה – בנויה סביב תכונה אחת או שתיים וצפויה. 2. למשל: "היא נכנסה ראשונה לבניין הבוער כדי להוציא את החתול."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"סוגי דמויות ומחסן תכונות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🎭 סוגי דמויות ומחסן תכונות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ראשית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הדמות שהסיפור עוסק בה בעיקר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main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משנית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שעוזרת לסיפור אבל אינה במרכז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secondary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עגולה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מורכבת עם הרבה צדדים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round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שטוחה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עם תכונה אחת בולטת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flat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שמשתנה במהלך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dynamic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סטטית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שלא משתנה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static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אפיון ישיר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כתוב במפורש איזו תכונה יש לדמות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direct characterization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אפיון עקיף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מבינים את התכונה ממעשים ומדיבור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indirect characterization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הדמות: אמיצה, קנאית, נדיבה…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טיפוסית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שמייצגת תכונה אחת בקיצוניות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stock character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עגולה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דמות שמשתנה היא: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שטוחה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משנית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כתוב בדיוק מה התכונה. זה אפיון: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עקיף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של מקום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של זמן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ילד מחביא עוגיות כדי לא לתת. מה התכונה?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נדיבות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אנוכיות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אומץ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סקרנות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איזה משפט מתאר מצב רגשי ולא תכונה קבועה?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נדיבה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היא נבוכה עכשיו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חרוצה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היא ישרה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דמות שטוחה היא תמיד "דמות גרועה" שפוגעת בסיפור.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בלי דמות ראשית אין 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שינוי במצב החיצוני של דמות (למשל, היא נהייתה ענייה) הוא תמיד גם שינוי פנימי.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דמות עם הרבה צדדים היא דמות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מיון והתאמה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לטבלה. חברו 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מיינו: תכונה או רגש של רגע?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מבולבלת   ·   עקשנית   ·   נדיבה   ·   סבלנית   ·   מבוהלת   ·   נרגשת   ·   חשדנית   ·   מתוסכלת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תכונה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מצב רגשי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מעשה לתכונה.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נותנת מכספה לכל מי שמבקש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רכלן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ממשיך להתאמן כל יום, גם אחרי כישלון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נדיבה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בודקת שלוש פעמים שהדלת נעולה ולא סומכת על אף אחד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אכפתי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לכולם סודות של אחרים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חשדנית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מוותר על תורו כדי שחבר חדש ישחק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מתמיד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כתיבת אפיון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כתבו: תכונה – מה הדמות עשתה – הסבר.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איך הילדה משתנה? כתבו התחלה – סיבה – 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על דמות. אל תכתבו את התכונה – הראו אותה במעשים.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דמות עגולה לדמות שטוחה?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אחד של אפיון עקיף שמראה אומץ.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סוגי דמויות ומחסן תכונות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