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סוגי דמויות ומחסן תכונות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סוגי דמויות (ראשית/משנית, עגולה/שטוחה, דינמית/סטטית), אפיון ישיר ועקיף ומחסן התכונות. הדוגמאות הן משפטים ודמויות מקוריים קצרים; בחלק ג׳ התלמידים והתלמידות כותבים פסקת אפיון: טענה, ביסוס והסבר.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 נקראת: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"היא הייתה אישה גאוותנית." – זהו אפיון: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"הוא החביא את העוגיות מתחת למיטה כדי לא לחלוק." – איזו תכונה נלמדת באפיון עקיף?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אנוכיות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המילים: תכונה קבועה או מצב רגשי רגעי?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תכונה: נדיבה، חשדנית، סבלנית، עקשנית | מצב רגשי: מתוסכלת، נרגשת، מבוהלת، מבולבלת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המעשה לבין התכונה המדויקת.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ילדה חדשה בכיתה יושבת בתחילת השנה לבד בספסל האחרון, ובסוף השנה היא מארגנת מסיבה לכל הכיתה. הוכיחו שהיא דמות דינמית: פתיחה – סיבה אפשרית לשינוי – 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מסתגרת ומפחדת. סיבה אפשרית: חברות חדשה או הצלחה קטנה (על התלמידים להציע סיבה הגיונית). סיום: פתוחה, בטוחה בעצמה ומנהיגה.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המציאו דמות (7–9 שורות): תארו אותה באפיון עקיף בלבד – מעשים, דיבור, מראה, המקום שבו היא חיה – בלי לכתוב את שם התכונה. בסוף כתבו בשורה נפרדת את שתי התכונות שרציתם שהקוראים יסיקו.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אפיון עקיף בלבד בגוף הטקסט; לפחות שלושה אמצעי אפיון שונים (מעשה, דיבור, מראה/מקום); התכונות שבשורה האחרונה נובעות בבירור מן הפרטים; שימוש במילת תכונה מדויקת מן המחסן;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 וסותרות; שטוחה – בנויה סביב תכונה אחת או שתיים וצפויה. 2. למשל: "היא נכנסה ראשונה לבניין הבוער כדי להוציא את החתול."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"סוגי דמויות ומחסן תכונות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🎭 סוגי דמויות ומחסן תכונות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דמות שמשתנה במהלך הסיפור נקראת: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סטטית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דינמית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שטוחה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"היא הייתה אישה גאוותנית." – זהו אפיון: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עקיף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ישיר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של מקום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"הוא החביא את העוגיות מתחת למיטה כדי לא לחלוק." – איזו תכונה נלמדת באפיון עקיף?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נדיבות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אנוכיות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אומץ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והתאמה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את המילים: תכונה קבועה או מצב רגשי רגעי?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מתוסכלת   ·   סבלנית   ·   נרגשת   ·   נדיבה   ·   חשדנית   ·   עקשנית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תכונה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מצב רגשי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המעשה לבין התכונה המדויקת.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נותנת מכספה לכל מי שמבקש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רכלן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ממשיך להתאמן כל יום, גם אחרי כישלון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מתמיד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בודקת שלוש פעמים שהדלת נעולה ולא סומכת על אף אחד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מספר לכולם סודות של אחרים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חשדנית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כתבו: תכונה – מה הדמות עשתה – הסבר.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ילדה חדשה בכיתה יושבת בתחילת השנה לבד בספסל האחרון, ובסוף השנה היא מארגנת מסיבה לכל הכיתה. הוכיחו שהיא דמות דינמית: פתיחה – סיבה אפשרית לשינוי – 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המציאו דמות (7–9 שורות): תארו אותה באפיון עקיף בלבד – מעשים, דיבור, מראה, המקום שבו היא חיה – בלי לכתוב את שם התכונה. בסוף כתבו בשורה נפרדת את שתי התכונות שרציתם שהקוראים יסיקו.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דמות עגולה לדמות שטוחה?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משפט אחד של אפיון עקיף שמראה אומץ.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סוגי דמויות ומחסן תכונות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